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AFB1" w14:textId="364C42A7" w:rsidR="00183BA6" w:rsidRPr="00394203" w:rsidRDefault="00394203" w:rsidP="00394203">
      <w:pPr>
        <w:spacing w:after="60" w:line="240" w:lineRule="auto"/>
        <w:jc w:val="center"/>
        <w:rPr>
          <w:lang w:val="vi-VN"/>
        </w:rPr>
      </w:pPr>
      <w:r>
        <w:rPr>
          <w:b/>
          <w:sz w:val="28"/>
        </w:rPr>
        <w:t>Đề</w:t>
      </w:r>
      <w:r>
        <w:rPr>
          <w:b/>
          <w:sz w:val="28"/>
          <w:lang w:val="vi-VN"/>
        </w:rPr>
        <w:t xml:space="preserve"> mẫu</w:t>
      </w:r>
    </w:p>
    <w:p w14:paraId="1C73E20F" w14:textId="77777777" w:rsidR="00183BA6" w:rsidRDefault="00000000">
      <w:pPr>
        <w:spacing w:before="120" w:after="60" w:line="240" w:lineRule="auto"/>
      </w:pPr>
      <w:r>
        <w:rPr>
          <w:b/>
        </w:rPr>
        <w:t>I. Trắc nghiệm nhiều lựa chọn</w:t>
      </w:r>
    </w:p>
    <w:p w14:paraId="24B41B3D" w14:textId="4A537FE1" w:rsidR="00183BA6" w:rsidRDefault="00000000">
      <w:pPr>
        <w:spacing w:after="60" w:line="252" w:lineRule="auto"/>
      </w:pPr>
      <w:r w:rsidRPr="00394203">
        <w:rPr>
          <w:b/>
          <w:bCs/>
        </w:rPr>
        <w:t>Câu 1</w:t>
      </w:r>
      <w:r>
        <w:t>. Kí hiệu nào dùng để diễn đạt “7 lớn hơn 5”?</w:t>
      </w:r>
    </w:p>
    <w:p w14:paraId="2C85B912" w14:textId="77777777" w:rsidR="00183BA6" w:rsidRDefault="00000000">
      <w:pPr>
        <w:spacing w:after="60" w:line="252" w:lineRule="auto"/>
      </w:pPr>
      <w:r>
        <w:t>A. 7 &lt; 5</w:t>
      </w:r>
    </w:p>
    <w:p w14:paraId="2119AD13" w14:textId="77777777" w:rsidR="00183BA6" w:rsidRPr="00394203" w:rsidRDefault="00000000">
      <w:pPr>
        <w:spacing w:after="60" w:line="252" w:lineRule="auto"/>
        <w:rPr>
          <w:color w:val="EE0000"/>
        </w:rPr>
      </w:pPr>
      <w:r w:rsidRPr="00394203">
        <w:rPr>
          <w:color w:val="EE0000"/>
        </w:rPr>
        <w:t>B. 7 &gt; 5</w:t>
      </w:r>
    </w:p>
    <w:p w14:paraId="71117AF4" w14:textId="77777777" w:rsidR="00183BA6" w:rsidRDefault="00000000">
      <w:pPr>
        <w:spacing w:after="60" w:line="252" w:lineRule="auto"/>
      </w:pPr>
      <w:r>
        <w:t>C. 7 = 5</w:t>
      </w:r>
    </w:p>
    <w:p w14:paraId="46A6E6AA" w14:textId="77777777" w:rsidR="00183BA6" w:rsidRDefault="00000000">
      <w:pPr>
        <w:spacing w:after="60" w:line="252" w:lineRule="auto"/>
      </w:pPr>
      <w:r>
        <w:t>D. 7 ≤ 5</w:t>
      </w:r>
    </w:p>
    <w:p w14:paraId="738AF8A1" w14:textId="77777777" w:rsidR="00183BA6" w:rsidRDefault="00183BA6">
      <w:pPr>
        <w:spacing w:after="60" w:line="252" w:lineRule="auto"/>
      </w:pPr>
    </w:p>
    <w:p w14:paraId="357137F1" w14:textId="7E6682C1" w:rsidR="00183BA6" w:rsidRDefault="00000000">
      <w:pPr>
        <w:spacing w:after="60" w:line="252" w:lineRule="auto"/>
      </w:pPr>
      <w:r w:rsidRPr="00394203">
        <w:rPr>
          <w:b/>
          <w:bCs/>
        </w:rPr>
        <w:t>Câu 2</w:t>
      </w:r>
      <w:r>
        <w:t>. Trong các số 0; 4; 9; 2, số nhỏ nhất là</w:t>
      </w:r>
    </w:p>
    <w:p w14:paraId="537BF157" w14:textId="77777777" w:rsidR="00183BA6" w:rsidRPr="00394203" w:rsidRDefault="00000000">
      <w:pPr>
        <w:spacing w:after="60" w:line="252" w:lineRule="auto"/>
        <w:rPr>
          <w:color w:val="EE0000"/>
        </w:rPr>
      </w:pPr>
      <w:r w:rsidRPr="00394203">
        <w:rPr>
          <w:color w:val="EE0000"/>
        </w:rPr>
        <w:t>A. 0</w:t>
      </w:r>
    </w:p>
    <w:p w14:paraId="54E679CF" w14:textId="77777777" w:rsidR="00183BA6" w:rsidRDefault="00000000">
      <w:pPr>
        <w:spacing w:after="60" w:line="252" w:lineRule="auto"/>
      </w:pPr>
      <w:r>
        <w:t>B. 2</w:t>
      </w:r>
    </w:p>
    <w:p w14:paraId="28DBE6EC" w14:textId="77777777" w:rsidR="00183BA6" w:rsidRDefault="00000000">
      <w:pPr>
        <w:spacing w:after="60" w:line="252" w:lineRule="auto"/>
      </w:pPr>
      <w:r>
        <w:t>C. 4</w:t>
      </w:r>
    </w:p>
    <w:p w14:paraId="1736B4B8" w14:textId="77777777" w:rsidR="00183BA6" w:rsidRDefault="00000000">
      <w:pPr>
        <w:spacing w:after="60" w:line="252" w:lineRule="auto"/>
      </w:pPr>
      <w:r>
        <w:t>D. 9</w:t>
      </w:r>
    </w:p>
    <w:p w14:paraId="68C21BA1" w14:textId="77777777" w:rsidR="00183BA6" w:rsidRDefault="00000000">
      <w:pPr>
        <w:spacing w:before="120" w:after="60" w:line="240" w:lineRule="auto"/>
      </w:pPr>
      <w:r>
        <w:rPr>
          <w:b/>
        </w:rPr>
        <w:t>II. Trắc nghiệm đúng – sai</w:t>
      </w:r>
    </w:p>
    <w:p w14:paraId="79AAD5D6" w14:textId="386D68BF" w:rsidR="00183BA6" w:rsidRDefault="00000000">
      <w:pPr>
        <w:spacing w:after="60" w:line="252" w:lineRule="auto"/>
      </w:pPr>
      <w:r>
        <w:t xml:space="preserve">Câu </w:t>
      </w:r>
      <w:r w:rsidR="00394203">
        <w:t>13</w:t>
      </w:r>
      <w:r>
        <w:t>. Xét các mệnh đề về hai số 7 và 12.</w:t>
      </w:r>
    </w:p>
    <w:p w14:paraId="29DA7797" w14:textId="77777777" w:rsidR="00183BA6" w:rsidRPr="00394203" w:rsidRDefault="00000000">
      <w:pPr>
        <w:spacing w:after="60" w:line="252" w:lineRule="auto"/>
        <w:rPr>
          <w:color w:val="EE0000"/>
        </w:rPr>
      </w:pPr>
      <w:r w:rsidRPr="00394203">
        <w:rPr>
          <w:color w:val="EE0000"/>
        </w:rPr>
        <w:t>a) 7 &lt; 12.</w:t>
      </w:r>
    </w:p>
    <w:p w14:paraId="3D2AB7A5" w14:textId="77777777" w:rsidR="00183BA6" w:rsidRDefault="00000000">
      <w:pPr>
        <w:spacing w:after="60" w:line="252" w:lineRule="auto"/>
      </w:pPr>
      <w:r>
        <w:t>b) 12 &lt; 7.</w:t>
      </w:r>
    </w:p>
    <w:p w14:paraId="2AD3FBFA" w14:textId="77777777" w:rsidR="00183BA6" w:rsidRDefault="00000000">
      <w:pPr>
        <w:spacing w:after="60" w:line="252" w:lineRule="auto"/>
      </w:pPr>
      <w:r>
        <w:t>c) 7 = 12.</w:t>
      </w:r>
    </w:p>
    <w:p w14:paraId="217660CB" w14:textId="77777777" w:rsidR="00183BA6" w:rsidRDefault="00000000">
      <w:pPr>
        <w:spacing w:after="60" w:line="252" w:lineRule="auto"/>
      </w:pPr>
      <w:r>
        <w:t>d) 12 ≤ 7.</w:t>
      </w:r>
    </w:p>
    <w:p w14:paraId="2AE3229D" w14:textId="77777777" w:rsidR="00183BA6" w:rsidRDefault="00183BA6">
      <w:pPr>
        <w:spacing w:after="60" w:line="252" w:lineRule="auto"/>
      </w:pPr>
    </w:p>
    <w:p w14:paraId="66B3AE5C" w14:textId="206A9E99" w:rsidR="00183BA6" w:rsidRDefault="00000000">
      <w:pPr>
        <w:spacing w:after="60" w:line="252" w:lineRule="auto"/>
      </w:pPr>
      <w:r w:rsidRPr="00394203">
        <w:rPr>
          <w:b/>
          <w:bCs/>
        </w:rPr>
        <w:t xml:space="preserve">Câu </w:t>
      </w:r>
      <w:r w:rsidR="00394203" w:rsidRPr="00394203">
        <w:rPr>
          <w:b/>
          <w:bCs/>
        </w:rPr>
        <w:t>14</w:t>
      </w:r>
      <w:r>
        <w:t>. Xét các số 0; 3; 6; 9.</w:t>
      </w:r>
    </w:p>
    <w:p w14:paraId="1634EAA6" w14:textId="77777777" w:rsidR="00183BA6" w:rsidRPr="00394203" w:rsidRDefault="00000000">
      <w:pPr>
        <w:spacing w:after="60" w:line="252" w:lineRule="auto"/>
        <w:rPr>
          <w:color w:val="EE0000"/>
        </w:rPr>
      </w:pPr>
      <w:r w:rsidRPr="00394203">
        <w:rPr>
          <w:color w:val="EE0000"/>
        </w:rPr>
        <w:t>a) 0 là số nhỏ nhất trong bốn số.</w:t>
      </w:r>
    </w:p>
    <w:p w14:paraId="071A9303" w14:textId="7EEA9B00" w:rsidR="00183BA6" w:rsidRDefault="00000000">
      <w:pPr>
        <w:spacing w:after="60" w:line="252" w:lineRule="auto"/>
      </w:pPr>
      <w:r>
        <w:t xml:space="preserve">b) </w:t>
      </w:r>
      <w:r w:rsidR="00394203">
        <w:t>6 nhỏ hơn 3.</w:t>
      </w:r>
    </w:p>
    <w:p w14:paraId="2186901E" w14:textId="1C672E5A" w:rsidR="00183BA6" w:rsidRPr="00394203" w:rsidRDefault="00000000">
      <w:pPr>
        <w:spacing w:after="60" w:line="252" w:lineRule="auto"/>
        <w:rPr>
          <w:color w:val="EE0000"/>
          <w:lang w:val="vi-VN"/>
        </w:rPr>
      </w:pPr>
      <w:r w:rsidRPr="00394203">
        <w:rPr>
          <w:color w:val="EE0000"/>
        </w:rPr>
        <w:t xml:space="preserve">c) </w:t>
      </w:r>
      <w:r w:rsidR="00394203" w:rsidRPr="00394203">
        <w:rPr>
          <w:color w:val="EE0000"/>
        </w:rPr>
        <w:t>9 là số lớn nhất trong bốn số.</w:t>
      </w:r>
    </w:p>
    <w:p w14:paraId="425380F3" w14:textId="77777777" w:rsidR="00183BA6" w:rsidRDefault="00000000">
      <w:pPr>
        <w:spacing w:after="60" w:line="252" w:lineRule="auto"/>
      </w:pPr>
      <w:r>
        <w:t>d) 3 lớn hơn 9.</w:t>
      </w:r>
    </w:p>
    <w:p w14:paraId="070CEE54" w14:textId="77777777" w:rsidR="00183BA6" w:rsidRDefault="00183BA6">
      <w:pPr>
        <w:spacing w:after="60" w:line="252" w:lineRule="auto"/>
      </w:pPr>
    </w:p>
    <w:p w14:paraId="57E188B6" w14:textId="77777777" w:rsidR="00183BA6" w:rsidRDefault="00000000">
      <w:pPr>
        <w:spacing w:before="120" w:after="60" w:line="240" w:lineRule="auto"/>
      </w:pPr>
      <w:r>
        <w:rPr>
          <w:b/>
        </w:rPr>
        <w:t>III. Trả lời ngắn</w:t>
      </w:r>
    </w:p>
    <w:p w14:paraId="02468C62" w14:textId="6A690B43" w:rsidR="00183BA6" w:rsidRDefault="00000000">
      <w:pPr>
        <w:spacing w:after="60" w:line="252" w:lineRule="auto"/>
      </w:pPr>
      <w:r w:rsidRPr="00394203">
        <w:rPr>
          <w:b/>
          <w:bCs/>
        </w:rPr>
        <w:t xml:space="preserve">Câu </w:t>
      </w:r>
      <w:r w:rsidR="00394203" w:rsidRPr="00394203">
        <w:rPr>
          <w:b/>
          <w:bCs/>
        </w:rPr>
        <w:t>15</w:t>
      </w:r>
      <w:r>
        <w:t>. Trong các số 4; 9; 1; 7, số nhỏ nhất là bao nhiêu?</w:t>
      </w:r>
    </w:p>
    <w:p w14:paraId="67842C0B" w14:textId="30986C38" w:rsidR="00183BA6" w:rsidRPr="00394203" w:rsidRDefault="00394203">
      <w:pPr>
        <w:spacing w:after="60" w:line="252" w:lineRule="auto"/>
        <w:rPr>
          <w:bCs/>
        </w:rPr>
      </w:pPr>
      <w:r>
        <w:rPr>
          <w:b/>
        </w:rPr>
        <w:t>Trả</w:t>
      </w:r>
      <w:r>
        <w:rPr>
          <w:b/>
          <w:lang w:val="vi-VN"/>
        </w:rPr>
        <w:t xml:space="preserve"> lời</w:t>
      </w:r>
      <w:r w:rsidR="00000000">
        <w:rPr>
          <w:b/>
        </w:rPr>
        <w:t xml:space="preserve">: </w:t>
      </w:r>
      <w:r w:rsidR="00000000" w:rsidRPr="00394203">
        <w:rPr>
          <w:bCs/>
        </w:rPr>
        <w:t>1</w:t>
      </w:r>
    </w:p>
    <w:p w14:paraId="549A94CA" w14:textId="77777777" w:rsidR="00183BA6" w:rsidRDefault="00183BA6">
      <w:pPr>
        <w:spacing w:after="60" w:line="252" w:lineRule="auto"/>
      </w:pPr>
    </w:p>
    <w:p w14:paraId="494ADE5A" w14:textId="48165E9F" w:rsidR="00183BA6" w:rsidRDefault="00000000">
      <w:pPr>
        <w:spacing w:after="60" w:line="252" w:lineRule="auto"/>
      </w:pPr>
      <w:r w:rsidRPr="00394203">
        <w:rPr>
          <w:b/>
          <w:bCs/>
        </w:rPr>
        <w:t xml:space="preserve">Câu </w:t>
      </w:r>
      <w:r w:rsidR="00394203" w:rsidRPr="00394203">
        <w:rPr>
          <w:b/>
          <w:bCs/>
        </w:rPr>
        <w:t>16</w:t>
      </w:r>
      <w:r>
        <w:t>. Trong các số 25; 52; 205; 502, số lớn nhất là bao nhiêu?</w:t>
      </w:r>
    </w:p>
    <w:p w14:paraId="5840FBC9" w14:textId="5326D0BD" w:rsidR="00183BA6" w:rsidRPr="00394203" w:rsidRDefault="00394203">
      <w:pPr>
        <w:spacing w:after="60" w:line="252" w:lineRule="auto"/>
        <w:rPr>
          <w:bCs/>
        </w:rPr>
      </w:pPr>
      <w:r>
        <w:rPr>
          <w:b/>
        </w:rPr>
        <w:t>Trả</w:t>
      </w:r>
      <w:r>
        <w:rPr>
          <w:b/>
          <w:lang w:val="vi-VN"/>
        </w:rPr>
        <w:t xml:space="preserve"> lời</w:t>
      </w:r>
      <w:r w:rsidR="00000000">
        <w:rPr>
          <w:b/>
        </w:rPr>
        <w:t xml:space="preserve">: </w:t>
      </w:r>
      <w:r w:rsidR="00000000" w:rsidRPr="00394203">
        <w:rPr>
          <w:bCs/>
        </w:rPr>
        <w:t>502</w:t>
      </w:r>
    </w:p>
    <w:p w14:paraId="500826BC" w14:textId="77777777" w:rsidR="00183BA6" w:rsidRDefault="00183BA6">
      <w:pPr>
        <w:spacing w:after="60" w:line="252" w:lineRule="auto"/>
      </w:pPr>
    </w:p>
    <w:p w14:paraId="0FFB484B" w14:textId="77777777" w:rsidR="00183BA6" w:rsidRDefault="00000000">
      <w:pPr>
        <w:spacing w:before="120" w:after="60" w:line="240" w:lineRule="auto"/>
      </w:pPr>
      <w:r>
        <w:rPr>
          <w:b/>
        </w:rPr>
        <w:t>IV. Tự luận</w:t>
      </w:r>
    </w:p>
    <w:p w14:paraId="361131AD" w14:textId="6E898B7A" w:rsidR="00183BA6" w:rsidRDefault="00000000">
      <w:pPr>
        <w:spacing w:after="60" w:line="252" w:lineRule="auto"/>
      </w:pPr>
      <w:r w:rsidRPr="00394203">
        <w:rPr>
          <w:b/>
          <w:bCs/>
        </w:rPr>
        <w:t xml:space="preserve">Câu </w:t>
      </w:r>
      <w:r w:rsidR="00394203" w:rsidRPr="00394203">
        <w:rPr>
          <w:b/>
          <w:bCs/>
        </w:rPr>
        <w:t>19</w:t>
      </w:r>
      <w:r>
        <w:t>. Điền kí hiệu &gt;, &lt; hoặc = vào chỗ trống:</w:t>
      </w:r>
      <w:r>
        <w:br/>
        <w:t>a) 9 ... 12.</w:t>
      </w:r>
      <w:r>
        <w:br/>
        <w:t>b) 15 ... 15.</w:t>
      </w:r>
    </w:p>
    <w:p w14:paraId="4CAB77D0" w14:textId="1B9EC155" w:rsidR="00183BA6" w:rsidRPr="00394203" w:rsidRDefault="00000000">
      <w:pPr>
        <w:spacing w:after="60" w:line="252" w:lineRule="auto"/>
        <w:rPr>
          <w:lang w:val="vi-VN"/>
        </w:rPr>
      </w:pPr>
      <w:r>
        <w:rPr>
          <w:b/>
        </w:rPr>
        <w:t xml:space="preserve">Đáp </w:t>
      </w:r>
      <w:r w:rsidR="00394203">
        <w:rPr>
          <w:b/>
        </w:rPr>
        <w:t>án</w:t>
      </w:r>
      <w:r w:rsidR="00394203">
        <w:rPr>
          <w:b/>
          <w:lang w:val="vi-VN"/>
        </w:rPr>
        <w:t>:</w:t>
      </w:r>
    </w:p>
    <w:p w14:paraId="692048B7" w14:textId="77777777" w:rsidR="00183BA6" w:rsidRDefault="00000000">
      <w:pPr>
        <w:spacing w:after="60" w:line="252" w:lineRule="auto"/>
      </w:pPr>
      <w:r>
        <w:t>a) Vì 9 nhỏ hơn 12 nên 9 &lt; 12. (0,50 điểm)</w:t>
      </w:r>
    </w:p>
    <w:p w14:paraId="169292BD" w14:textId="77777777" w:rsidR="00183BA6" w:rsidRDefault="00000000">
      <w:pPr>
        <w:spacing w:after="60" w:line="252" w:lineRule="auto"/>
      </w:pPr>
      <w:r>
        <w:lastRenderedPageBreak/>
        <w:t>b) Vì hai số bằng nhau nên 15 = 15. (0,50 điểm)</w:t>
      </w:r>
    </w:p>
    <w:p w14:paraId="1014129D" w14:textId="77777777" w:rsidR="00183BA6" w:rsidRDefault="00183BA6">
      <w:pPr>
        <w:spacing w:after="60" w:line="252" w:lineRule="auto"/>
      </w:pPr>
    </w:p>
    <w:p w14:paraId="6D1ABC1E" w14:textId="4EA025E9" w:rsidR="00183BA6" w:rsidRDefault="00000000">
      <w:pPr>
        <w:spacing w:after="60" w:line="252" w:lineRule="auto"/>
      </w:pPr>
      <w:r w:rsidRPr="00394203">
        <w:rPr>
          <w:b/>
          <w:bCs/>
        </w:rPr>
        <w:t xml:space="preserve">Câu </w:t>
      </w:r>
      <w:r w:rsidR="00394203" w:rsidRPr="00394203">
        <w:rPr>
          <w:b/>
          <w:bCs/>
        </w:rPr>
        <w:t>20</w:t>
      </w:r>
      <w:r w:rsidR="00394203">
        <w:rPr>
          <w:lang w:val="vi-VN"/>
        </w:rPr>
        <w:t>.</w:t>
      </w:r>
      <w:r>
        <w:t xml:space="preserve"> Trong các số 6; 0; 14; 9:</w:t>
      </w:r>
      <w:r>
        <w:br/>
        <w:t>a) Số nào nhỏ nhất?</w:t>
      </w:r>
      <w:r>
        <w:br/>
        <w:t>b) Số nào lớn nhất?</w:t>
      </w:r>
    </w:p>
    <w:p w14:paraId="35AFB5BF" w14:textId="2D6240F7" w:rsidR="00183BA6" w:rsidRPr="00394203" w:rsidRDefault="00000000">
      <w:pPr>
        <w:spacing w:after="60" w:line="252" w:lineRule="auto"/>
        <w:rPr>
          <w:lang w:val="vi-VN"/>
        </w:rPr>
      </w:pPr>
      <w:r>
        <w:rPr>
          <w:b/>
        </w:rPr>
        <w:t xml:space="preserve">Đáp </w:t>
      </w:r>
      <w:r w:rsidR="00394203">
        <w:rPr>
          <w:b/>
        </w:rPr>
        <w:t>án</w:t>
      </w:r>
      <w:r w:rsidR="00394203">
        <w:rPr>
          <w:b/>
          <w:lang w:val="vi-VN"/>
        </w:rPr>
        <w:t>:</w:t>
      </w:r>
    </w:p>
    <w:p w14:paraId="30DC3B20" w14:textId="77777777" w:rsidR="00183BA6" w:rsidRDefault="00000000">
      <w:pPr>
        <w:spacing w:after="60" w:line="252" w:lineRule="auto"/>
      </w:pPr>
      <w:r>
        <w:t>a) Số nhỏ nhất là 0. (0,50 điểm)</w:t>
      </w:r>
    </w:p>
    <w:p w14:paraId="084E0D1B" w14:textId="2D6310D5" w:rsidR="00183BA6" w:rsidRPr="00394203" w:rsidRDefault="00000000">
      <w:pPr>
        <w:spacing w:after="60" w:line="252" w:lineRule="auto"/>
        <w:rPr>
          <w:lang w:val="vi-VN"/>
        </w:rPr>
      </w:pPr>
      <w:r>
        <w:t>b) Số lớn nhất là 14. (0,50 điểm)</w:t>
      </w:r>
    </w:p>
    <w:sectPr w:rsidR="00183BA6" w:rsidRPr="00394203" w:rsidSect="00034616"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62490">
    <w:abstractNumId w:val="8"/>
  </w:num>
  <w:num w:numId="2" w16cid:durableId="1601451111">
    <w:abstractNumId w:val="6"/>
  </w:num>
  <w:num w:numId="3" w16cid:durableId="1752845196">
    <w:abstractNumId w:val="5"/>
  </w:num>
  <w:num w:numId="4" w16cid:durableId="265315388">
    <w:abstractNumId w:val="4"/>
  </w:num>
  <w:num w:numId="5" w16cid:durableId="1647278130">
    <w:abstractNumId w:val="7"/>
  </w:num>
  <w:num w:numId="6" w16cid:durableId="1831093206">
    <w:abstractNumId w:val="3"/>
  </w:num>
  <w:num w:numId="7" w16cid:durableId="993920579">
    <w:abstractNumId w:val="2"/>
  </w:num>
  <w:num w:numId="8" w16cid:durableId="4601450">
    <w:abstractNumId w:val="1"/>
  </w:num>
  <w:num w:numId="9" w16cid:durableId="1689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3BA6"/>
    <w:rsid w:val="00203353"/>
    <w:rsid w:val="0029639D"/>
    <w:rsid w:val="00326F90"/>
    <w:rsid w:val="003942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FC2FCD5"/>
  <w14:defaultImageDpi w14:val="300"/>
  <w15:docId w15:val="{AD4B0077-3705-4912-B89D-BE16A0AA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2026-10-16T15:00:00Z</dcterms:modified>
  <cp:category/>
</cp:coreProperties>
</file>